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pPr>
      <w:r>
        <w:rPr>
          <w:rFonts w:ascii="Arial" w:hAnsi="Arial"/>
          <w:b/>
          <w:sz w:val="20"/>
        </w:rPr>
        <w:t>HAGRO STAVBY s. r. o.</w:t>
      </w:r>
    </w:p>
    <w:p>
      <w:pPr>
        <w:spacing w:after="0" w:line="240" w:lineRule="auto"/>
      </w:pPr>
      <w:r>
        <w:rPr>
          <w:rFonts w:ascii="Arial" w:hAnsi="Arial"/>
          <w:b w:val="0"/>
          <w:sz w:val="18"/>
        </w:rPr>
        <w:t>Párnica 361, 026 01 Párnica, Slovenská republika</w:t>
      </w:r>
    </w:p>
    <w:p>
      <w:pPr>
        <w:spacing w:after="0" w:line="240" w:lineRule="auto"/>
      </w:pPr>
      <w:r>
        <w:rPr>
          <w:rFonts w:ascii="Arial" w:hAnsi="Arial"/>
          <w:b w:val="0"/>
          <w:sz w:val="18"/>
        </w:rPr>
        <w:t>IČO: 56214502   DIČ: 2122239042   IČ DPH: SK2122239042</w:t>
      </w:r>
    </w:p>
    <w:p>
      <w:pPr>
        <w:spacing w:after="80" w:line="240" w:lineRule="auto"/>
      </w:pPr>
      <w:r>
        <w:rPr>
          <w:rFonts w:ascii="Arial" w:hAnsi="Arial"/>
          <w:b w:val="0"/>
          <w:sz w:val="18"/>
        </w:rPr>
        <w:t>Email: halamcek@svetlesenia.sk   Tel. č.: +421 904 687 065</w:t>
      </w:r>
    </w:p>
    <w:p>
      <w:pPr>
        <w:spacing w:after="80" w:line="240" w:lineRule="auto"/>
        <w:jc w:val="center"/>
      </w:pPr>
      <w:r>
        <w:rPr>
          <w:rFonts w:ascii="Arial" w:hAnsi="Arial"/>
          <w:b/>
          <w:sz w:val="23"/>
        </w:rPr>
        <w:t>FORMULÁR NA ODSTÚPENIE OD ZMLUVY / ŽIADOSŤ O VRÁTENIE TOVARU</w:t>
      </w:r>
    </w:p>
    <w:p>
      <w:pPr>
        <w:spacing w:after="20" w:line="240" w:lineRule="auto"/>
      </w:pPr>
      <w:r>
        <w:rPr>
          <w:rFonts w:ascii="Arial" w:hAnsi="Arial"/>
          <w:b/>
          <w:sz w:val="18"/>
        </w:rPr>
        <w:t>Údaje o zákazníkovi:</w:t>
      </w:r>
    </w:p>
    <w:p>
      <w:pPr>
        <w:spacing w:after="0" w:line="240" w:lineRule="auto"/>
      </w:pPr>
      <w:r>
        <w:rPr>
          <w:rFonts w:ascii="Arial" w:hAnsi="Arial"/>
          <w:b w:val="0"/>
          <w:sz w:val="18"/>
        </w:rPr>
        <w:t>Meno a priezvisko / obchodné meno: ______________________________________________</w:t>
      </w:r>
    </w:p>
    <w:p>
      <w:pPr>
        <w:spacing w:after="0" w:line="240" w:lineRule="auto"/>
      </w:pPr>
      <w:r>
        <w:rPr>
          <w:rFonts w:ascii="Arial" w:hAnsi="Arial"/>
          <w:b w:val="0"/>
          <w:sz w:val="18"/>
        </w:rPr>
        <w:t>Adresa / sídlo: _________________________________________________________________</w:t>
      </w:r>
    </w:p>
    <w:p>
      <w:pPr>
        <w:spacing w:after="0" w:line="240" w:lineRule="auto"/>
      </w:pPr>
      <w:r>
        <w:rPr>
          <w:rFonts w:ascii="Arial" w:hAnsi="Arial"/>
          <w:b w:val="0"/>
          <w:sz w:val="18"/>
        </w:rPr>
        <w:t>IČO (ak bolo pridelené): ________________________   IČ DPH: ________________________</w:t>
      </w:r>
    </w:p>
    <w:p>
      <w:pPr>
        <w:spacing w:after="60" w:line="240" w:lineRule="auto"/>
      </w:pPr>
      <w:r>
        <w:rPr>
          <w:rFonts w:ascii="Arial" w:hAnsi="Arial"/>
          <w:b w:val="0"/>
          <w:sz w:val="18"/>
        </w:rPr>
        <w:t>Telefón: ______________________________   Email: _________________________________</w:t>
      </w:r>
    </w:p>
    <w:p>
      <w:pPr>
        <w:spacing w:after="20" w:line="240" w:lineRule="auto"/>
      </w:pPr>
      <w:r>
        <w:rPr>
          <w:rFonts w:ascii="Arial" w:hAnsi="Arial"/>
          <w:b/>
          <w:sz w:val="18"/>
        </w:rPr>
        <w:t>Údaje o tovare / objednávke:</w:t>
      </w:r>
    </w:p>
    <w:p>
      <w:pPr>
        <w:spacing w:after="0" w:line="240" w:lineRule="auto"/>
      </w:pPr>
      <w:r>
        <w:rPr>
          <w:rFonts w:ascii="Arial" w:hAnsi="Arial"/>
          <w:b w:val="0"/>
          <w:sz w:val="18"/>
        </w:rPr>
        <w:t>Názov tovaru: __________________________________________________________________</w:t>
      </w:r>
    </w:p>
    <w:p>
      <w:pPr>
        <w:spacing w:after="0" w:line="240" w:lineRule="auto"/>
      </w:pPr>
      <w:r>
        <w:rPr>
          <w:rFonts w:ascii="Arial" w:hAnsi="Arial"/>
          <w:b w:val="0"/>
          <w:sz w:val="18"/>
        </w:rPr>
        <w:t>Dátum uzavretia zmluvy / nákupu: ______________   Dátum prevzatia: ______________</w:t>
      </w:r>
    </w:p>
    <w:p>
      <w:pPr>
        <w:spacing w:after="60" w:line="240" w:lineRule="auto"/>
      </w:pPr>
      <w:r>
        <w:rPr>
          <w:rFonts w:ascii="Arial" w:hAnsi="Arial"/>
          <w:b w:val="0"/>
          <w:sz w:val="18"/>
        </w:rPr>
        <w:t>Číslo objednávky / faktúry: ____________________   Sériové číslo: _________________</w:t>
      </w:r>
    </w:p>
    <w:p>
      <w:pPr>
        <w:spacing w:after="20" w:line="240" w:lineRule="auto"/>
      </w:pPr>
      <w:r>
        <w:rPr>
          <w:rFonts w:ascii="Arial" w:hAnsi="Arial"/>
          <w:b/>
          <w:sz w:val="18"/>
        </w:rPr>
        <w:t>Typ zákazníka – označte jednu možnosť:</w:t>
      </w:r>
    </w:p>
    <w:p>
      <w:pPr>
        <w:spacing w:after="20" w:line="240" w:lineRule="auto"/>
      </w:pPr>
      <w:r>
        <w:rPr>
          <w:rFonts w:ascii="Arial" w:hAnsi="Arial"/>
          <w:b w:val="0"/>
          <w:sz w:val="18"/>
        </w:rPr>
        <w:t>☐ A) SPOTREBITEĽ – fyzická osoba, ktorá nekoná v rámci svojej podnikateľskej činnosti alebo povolania</w:t>
      </w:r>
    </w:p>
    <w:p>
      <w:pPr>
        <w:spacing w:after="60" w:line="240" w:lineRule="auto"/>
      </w:pPr>
      <w:r>
        <w:rPr>
          <w:rFonts w:ascii="Arial" w:hAnsi="Arial"/>
          <w:b w:val="0"/>
          <w:sz w:val="18"/>
        </w:rPr>
        <w:t>☐ B) PODNIKATEĽ / B2B – osoba, ktorá nakúpila tovar v súvislosti so svojou podnikateľskou činnosťou</w:t>
      </w:r>
    </w:p>
    <w:p>
      <w:pPr>
        <w:spacing w:after="20" w:line="240" w:lineRule="auto"/>
      </w:pPr>
      <w:r>
        <w:rPr>
          <w:rFonts w:ascii="Arial" w:hAnsi="Arial"/>
          <w:b/>
          <w:sz w:val="19"/>
        </w:rPr>
        <w:t>A) ODSTÚPENIE SPOTREBITEĽA OD ZMLUVY</w:t>
      </w:r>
    </w:p>
    <w:p>
      <w:pPr>
        <w:spacing w:after="20" w:line="240" w:lineRule="auto"/>
      </w:pPr>
      <w:r>
        <w:rPr>
          <w:rFonts w:ascii="Arial" w:hAnsi="Arial"/>
          <w:b w:val="0"/>
          <w:sz w:val="18"/>
        </w:rPr>
        <w:t>Týmto oznamujem, že odstupujem od vyššie uvedenej zmluvy uzavretej na diaľku alebo mimo prevádzkových priestorov obchodníka v súlade so zákonom č. 108/2024 Z. z. o ochrane spotrebiteľa, ak mi podľa tohto zákona právo na odstúpenie patrí.</w:t>
      </w:r>
    </w:p>
    <w:p>
      <w:pPr>
        <w:spacing w:after="60" w:line="240" w:lineRule="auto"/>
      </w:pPr>
      <w:r>
        <w:rPr>
          <w:rFonts w:ascii="Arial" w:hAnsi="Arial"/>
          <w:b w:val="0"/>
          <w:sz w:val="18"/>
        </w:rPr>
        <w:t>Pri bežnom nákupe tovaru na diaľku môže spotrebiteľ spravidla odstúpiť bez uvedenia dôvodu do 14 dní od prevzatia tovaru. Pri službe lehota spravidla plynie od uzavretia zmluvy. Zákon ustanovuje aj osobitné lehoty a výnimky z práva na odstúpenie.</w:t>
      </w:r>
    </w:p>
    <w:p>
      <w:pPr>
        <w:spacing w:after="20" w:line="240" w:lineRule="auto"/>
      </w:pPr>
      <w:r>
        <w:rPr>
          <w:rFonts w:ascii="Arial" w:hAnsi="Arial"/>
          <w:b/>
          <w:sz w:val="19"/>
        </w:rPr>
        <w:t>B) ŽIADOSŤ PODNIKATEĽA (B2B) O VRÁTENIE TOVARU / UKONČENIE ZMLUVY DOHODOU</w:t>
      </w:r>
    </w:p>
    <w:p>
      <w:pPr>
        <w:spacing w:after="60" w:line="240" w:lineRule="auto"/>
      </w:pPr>
      <w:r>
        <w:rPr>
          <w:rFonts w:ascii="Arial" w:hAnsi="Arial"/>
          <w:b w:val="0"/>
          <w:sz w:val="18"/>
        </w:rPr>
        <w:t>Ako podnikateľ žiadam Predávajúceho o prijatie vyššie uvedeného tovaru späť a ukončenie zmluvy dohodou. Beriem na vedomie, že podnikateľovi nevzniká automaticky spotrebiteľské právo na odstúpenie od zmluvy bez uvedenia dôvodu v 14-dňovej lehote. Vrátenie tovaru podlieha schváleniu Predávajúcim a podmienkam dohodnutým medzi stranami.</w:t>
      </w:r>
    </w:p>
    <w:p>
      <w:pPr>
        <w:spacing w:after="20" w:line="240" w:lineRule="auto"/>
      </w:pPr>
      <w:r>
        <w:rPr>
          <w:rFonts w:ascii="Arial" w:hAnsi="Arial"/>
          <w:b/>
          <w:sz w:val="18"/>
        </w:rPr>
        <w:t>Dôvod vrátenia (pri spotrebiteľskom odstúpení nepovinné):</w:t>
      </w:r>
    </w:p>
    <w:p>
      <w:pPr>
        <w:spacing w:after="0" w:line="240" w:lineRule="auto"/>
      </w:pPr>
      <w:r>
        <w:rPr>
          <w:rFonts w:ascii="Arial" w:hAnsi="Arial"/>
          <w:b w:val="0"/>
          <w:sz w:val="18"/>
        </w:rPr>
        <w:t>________________________________________________________________________________</w:t>
      </w:r>
    </w:p>
    <w:p>
      <w:pPr>
        <w:spacing w:after="60" w:line="240" w:lineRule="auto"/>
      </w:pPr>
      <w:r>
        <w:rPr>
          <w:rFonts w:ascii="Arial" w:hAnsi="Arial"/>
          <w:b w:val="0"/>
          <w:sz w:val="18"/>
        </w:rPr>
        <w:t>________________________________________________________________________________</w:t>
      </w:r>
    </w:p>
    <w:p>
      <w:pPr>
        <w:spacing w:after="20" w:line="240" w:lineRule="auto"/>
      </w:pPr>
      <w:r>
        <w:rPr>
          <w:rFonts w:ascii="Arial" w:hAnsi="Arial"/>
          <w:b/>
          <w:sz w:val="18"/>
        </w:rPr>
        <w:t>Údaje pre vrátenie platby (ak sa strany dohodnú na inom spôsobe než pôvodná platba):</w:t>
      </w:r>
    </w:p>
    <w:p>
      <w:pPr>
        <w:spacing w:after="60" w:line="240" w:lineRule="auto"/>
      </w:pPr>
      <w:r>
        <w:rPr>
          <w:rFonts w:ascii="Arial" w:hAnsi="Arial"/>
          <w:b w:val="0"/>
          <w:sz w:val="18"/>
        </w:rPr>
        <w:t>IBAN: __________________________________________   BIC/SWIFT: ____________________</w:t>
      </w:r>
    </w:p>
    <w:p>
      <w:pPr>
        <w:spacing w:after="20" w:line="240" w:lineRule="auto"/>
      </w:pPr>
      <w:r>
        <w:rPr>
          <w:rFonts w:ascii="Arial" w:hAnsi="Arial"/>
          <w:b/>
          <w:sz w:val="18"/>
        </w:rPr>
        <w:t>Pokyny:</w:t>
      </w:r>
    </w:p>
    <w:p>
      <w:pPr>
        <w:spacing w:after="40" w:line="240" w:lineRule="auto"/>
      </w:pPr>
      <w:r>
        <w:rPr>
          <w:rFonts w:ascii="Arial" w:hAnsi="Arial"/>
          <w:b w:val="0"/>
          <w:sz w:val="18"/>
        </w:rPr>
        <w:t>Spotrebiteľ zašle alebo odovzdá tovar späť bez zbytočného odkladu, najneskôr do 14 dní odo dňa odstúpenia, ak Predávajúci nenavrhne jeho vyzdvihnutie. Priame náklady na vrátenie tovaru znáša spotrebiteľ, ak bol o tejto povinnosti riadne informovaný a zákon neurčuje inak. B2B zákazník neposiela tovar späť pred potvrdením žiadosti Predávajúcim, ak nebolo dohodnuté inak.</w:t>
      </w:r>
    </w:p>
    <w:p>
      <w:pPr>
        <w:spacing w:after="40" w:line="240" w:lineRule="auto"/>
      </w:pPr>
      <w:r>
        <w:rPr>
          <w:rFonts w:ascii="Arial" w:hAnsi="Arial"/>
          <w:b w:val="0"/>
          <w:sz w:val="18"/>
        </w:rPr>
        <w:t>K zásielke odporúčame priložiť tento formulár a kópiu dokladu umožňujúceho identifikovať nákup. Originál faktúry ani neporušený obal nie sú podmienkou platného odstúpenia spotrebiteľa.</w:t>
      </w:r>
    </w:p>
    <w:p>
      <w:pPr>
        <w:spacing w:after="60" w:line="240" w:lineRule="auto"/>
      </w:pPr>
      <w:r>
        <w:rPr>
          <w:rFonts w:ascii="Arial" w:hAnsi="Arial"/>
          <w:b w:val="0"/>
          <w:sz w:val="18"/>
        </w:rPr>
        <w:t>Adresa na zaslanie: Damián Halamček, HAGRO STAVBY s. r. o., Párnica 361, 026 01 Párnica, Slovenská republika</w:t>
      </w:r>
    </w:p>
    <w:p>
      <w:pPr>
        <w:spacing w:after="0" w:line="240" w:lineRule="auto"/>
      </w:pPr>
      <w:r>
        <w:rPr>
          <w:rFonts w:ascii="Arial" w:hAnsi="Arial"/>
          <w:b w:val="0"/>
          <w:sz w:val="18"/>
        </w:rPr>
        <w:t>Podpis zákazníka: ____________________________________    Dátum: ________________</w:t>
      </w:r>
    </w:p>
    <w:sectPr w:rsidR="00FC693F" w:rsidRPr="0006063C" w:rsidSect="00034616">
      <w:pgSz w:w="12240" w:h="15840"/>
      <w:pgMar w:top="850"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